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Alex Morgan</w:t>
      </w:r>
    </w:p>
    <w:p>
      <w:pPr>
        <w:pStyle w:val="Subtitle"/>
        <w:widowControl/>
      </w:pPr>
      <w:r>
        <w:t>Administrative Coordinator</w:t>
      </w:r>
    </w:p>
    <w:p>
      <w:pPr>
        <w:widowControl/>
        <w:spacing w:after="120"/>
      </w:pPr>
      <w:r>
        <w:rPr>
          <w:sz w:val="20"/>
        </w:rPr>
        <w:t>Example City | alex.morgan@example.org</w:t>
      </w:r>
    </w:p>
    <w:p>
      <w:pPr>
        <w:widowControl/>
        <w:spacing w:after="120"/>
      </w:pPr>
      <w:r>
        <w:rPr>
          <w:i/>
          <w:sz w:val="18"/>
        </w:rPr>
        <w:t>Illustrative resume - fictional candidate and employers</w:t>
      </w:r>
    </w:p>
    <w:p>
      <w:pPr>
        <w:pStyle w:val="Heading1"/>
        <w:widowControl/>
      </w:pPr>
      <w:r>
        <w:t>Summary</w:t>
      </w:r>
    </w:p>
    <w:p>
      <w:pPr>
        <w:widowControl/>
      </w:pPr>
      <w:r>
        <w:t>Administrative coordinator with experience scheduling meetings, maintaining office records and supporting purchasing. Comfortable organizing routine requests, checking documentation and keeping colleagues informed.</w:t>
      </w:r>
    </w:p>
    <w:p>
      <w:pPr>
        <w:pStyle w:val="Heading1"/>
        <w:widowControl/>
      </w:pPr>
      <w:r>
        <w:t>Experience</w:t>
      </w:r>
    </w:p>
    <w:p>
      <w:pPr>
        <w:keepNext/>
        <w:widowControl/>
      </w:pPr>
      <w:r>
        <w:rPr>
          <w:b/>
        </w:rPr>
        <w:t>Administrative Coordinator | Example Services</w:t>
      </w:r>
    </w:p>
    <w:p>
      <w:pPr>
        <w:keepNext/>
        <w:widowControl/>
      </w:pPr>
      <w:r>
        <w:rPr>
          <w:sz w:val="20"/>
        </w:rPr>
        <w:t>January 2024 - September 2026</w:t>
      </w:r>
    </w:p>
    <w:p>
      <w:pPr>
        <w:widowControl/>
        <w:ind w:left="173" w:hanging="173"/>
      </w:pPr>
      <w:r>
        <w:t>- Coordinated calendars for a three-person management team and prepared agendas for weekly staff meetings.</w:t>
      </w:r>
    </w:p>
    <w:p>
      <w:pPr>
        <w:widowControl/>
        <w:ind w:left="173" w:hanging="173"/>
      </w:pPr>
      <w:r>
        <w:t>- Maintained a shared tracker for about 40 office-service requests per month and followed up with the assigned colleagues.</w:t>
      </w:r>
    </w:p>
    <w:p>
      <w:pPr>
        <w:widowControl/>
        <w:ind w:left="173" w:hanging="173"/>
      </w:pPr>
      <w:r>
        <w:t>- Checked approximately 60 supplier invoices per month against purchase records and referred discrepancies to the finance team.</w:t>
      </w:r>
    </w:p>
    <w:p>
      <w:pPr>
        <w:widowControl/>
        <w:ind w:left="173" w:hanging="173"/>
      </w:pPr>
      <w:r>
        <w:t>- Organized shared folders, meeting notes and routine office procedures so colleagues could find current information.</w:t>
      </w:r>
    </w:p>
    <w:p>
      <w:pPr>
        <w:keepNext/>
        <w:widowControl/>
      </w:pPr>
      <w:r>
        <w:rPr>
          <w:b/>
        </w:rPr>
        <w:t>Office Assistant | Example Community Center</w:t>
      </w:r>
    </w:p>
    <w:p>
      <w:pPr>
        <w:keepNext/>
        <w:widowControl/>
      </w:pPr>
      <w:r>
        <w:rPr>
          <w:sz w:val="20"/>
        </w:rPr>
        <w:t>June 2022 - December 2023</w:t>
      </w:r>
    </w:p>
    <w:p>
      <w:pPr>
        <w:widowControl/>
        <w:ind w:left="173" w:hanging="173"/>
      </w:pPr>
      <w:r>
        <w:t>- Scheduled room bookings and prepared attendance sheets for community workshops.</w:t>
      </w:r>
    </w:p>
    <w:p>
      <w:pPr>
        <w:widowControl/>
        <w:ind w:left="173" w:hanging="173"/>
      </w:pPr>
      <w:r>
        <w:t>- Recorded supply requests, updated stock lists and prepared weekly order summaries for the office manager.</w:t>
      </w:r>
    </w:p>
    <w:p>
      <w:pPr>
        <w:widowControl/>
        <w:ind w:left="173" w:hanging="173"/>
      </w:pPr>
      <w:r>
        <w:t>- Responded to routine enquiries and directed requests that needed specialist assistance.</w:t>
      </w:r>
    </w:p>
    <w:p>
      <w:pPr>
        <w:pStyle w:val="Heading1"/>
        <w:widowControl/>
      </w:pPr>
      <w:r>
        <w:t>Skills</w:t>
      </w:r>
    </w:p>
    <w:p>
      <w:pPr>
        <w:widowControl/>
      </w:pPr>
      <w:r>
        <w:t>Calendar coordination, meeting preparation, records management, invoice checking, purchase tracking and written communication.</w:t>
      </w:r>
    </w:p>
    <w:p>
      <w:pPr>
        <w:widowControl/>
      </w:pPr>
      <w:r>
        <w:t>Tools: Microsoft Word, Microsoft Excel, Outlook and Google Drive.</w:t>
      </w:r>
    </w:p>
    <w:p>
      <w:pPr>
        <w:pStyle w:val="Heading1"/>
        <w:widowControl/>
      </w:pPr>
      <w:r>
        <w:t>Education</w:t>
      </w:r>
    </w:p>
    <w:p>
      <w:pPr>
        <w:keepNext/>
        <w:widowControl/>
      </w:pPr>
      <w:r>
        <w:rPr>
          <w:b/>
        </w:rPr>
        <w:t>Associate Degree in Business Administration | Example College</w:t>
      </w:r>
    </w:p>
    <w:p>
      <w:pPr>
        <w:keepNext/>
        <w:widowControl/>
      </w:pPr>
      <w:r>
        <w:rPr>
          <w:sz w:val="20"/>
        </w:rPr>
        <w:t>Completed May 2022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59" w:lineRule="auto"/>
    </w:pPr>
    <w:rPr>
      <w:rFonts w:ascii="Arial" w:hAnsi="Arial" w:eastAsia="Arial" w:cs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259" w:lineRule="auto"/>
      <w:outlineLvl w:val="0"/>
    </w:pPr>
    <w:rPr>
      <w:rFonts w:ascii="Arial" w:hAnsi="Arial" w:eastAsia="Arial" w:cs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59" w:lineRule="auto" w:before="0"/>
      <w:contextualSpacing/>
    </w:pPr>
    <w:rPr>
      <w:rFonts w:ascii="Arial" w:hAnsi="Arial" w:eastAsia="Arial" w:cs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before="0" w:line="259" w:lineRule="auto"/>
    </w:pPr>
    <w:rPr>
      <w:rFonts w:ascii="Arial" w:hAnsi="Arial" w:eastAsia="Arial" w:cs="Arial"/>
      <w:b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Illustrative administrative coordinator resume</dc:title>
  <dc:subject>Matched editorial PDF and DOCX file-format comparison</dc:subject>
  <dc:creator>Resume Leap Editorial Team</dc:creator>
  <cp:keywords/>
  <dc:description/>
  <cp:lastModifiedBy>Resume Leap Editorial Team</cp:lastModifiedBy>
  <cp:revision>1</cp:revision>
  <dcterms:created xsi:type="dcterms:W3CDTF">2026-10-09T00:00:00Z</dcterms:created>
  <dcterms:modified xsi:type="dcterms:W3CDTF">2026-10-09T00:00:00Z</dcterms:modified>
  <cp:category/>
</cp:coreProperties>
</file>